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4-mack-don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e Dona - Opcao 4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