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3-mack-don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e Dona - Opcao 3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